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C4F8F7" w14:textId="77777777" w:rsidR="002B6667" w:rsidRDefault="00A2394F">
      <w:pPr>
        <w:pStyle w:val="Kop1"/>
      </w:pPr>
      <w:r>
        <w:t>MACHTIGING KLACHT- EN TUCHTPROCEDURE</w:t>
      </w:r>
    </w:p>
    <w:p w14:paraId="634A1509" w14:textId="77777777" w:rsidR="0005114C" w:rsidRDefault="0005114C"/>
    <w:p w14:paraId="138FC086" w14:textId="7ABDED6B" w:rsidR="002B6667" w:rsidRDefault="00A2394F">
      <w:proofErr w:type="spellStart"/>
      <w:r>
        <w:t>Ondergetekende</w:t>
      </w:r>
      <w:proofErr w:type="spellEnd"/>
      <w:r>
        <w:t xml:space="preserve"> (</w:t>
      </w:r>
      <w:proofErr w:type="spellStart"/>
      <w:r>
        <w:t>machtiginggever</w:t>
      </w:r>
      <w:proofErr w:type="spellEnd"/>
      <w:r>
        <w:t>):</w:t>
      </w:r>
    </w:p>
    <w:p w14:paraId="0CD98F47" w14:textId="77777777" w:rsidR="002B6667" w:rsidRDefault="00A2394F">
      <w:r>
        <w:t>Naam:</w:t>
      </w:r>
    </w:p>
    <w:p w14:paraId="115A4BEC" w14:textId="77777777" w:rsidR="002B6667" w:rsidRDefault="00A2394F">
      <w:proofErr w:type="spellStart"/>
      <w:r>
        <w:t>Adres</w:t>
      </w:r>
      <w:proofErr w:type="spellEnd"/>
      <w:r>
        <w:t>:</w:t>
      </w:r>
    </w:p>
    <w:p w14:paraId="501F47E4" w14:textId="77777777" w:rsidR="002B6667" w:rsidRDefault="00A2394F">
      <w:r>
        <w:t xml:space="preserve">Postcode </w:t>
      </w:r>
      <w:proofErr w:type="spellStart"/>
      <w:r>
        <w:t>en</w:t>
      </w:r>
      <w:proofErr w:type="spellEnd"/>
      <w:r>
        <w:t xml:space="preserve"> </w:t>
      </w:r>
      <w:proofErr w:type="spellStart"/>
      <w:r>
        <w:t>woonplaats</w:t>
      </w:r>
      <w:proofErr w:type="spellEnd"/>
      <w:r>
        <w:t>:</w:t>
      </w:r>
    </w:p>
    <w:p w14:paraId="5B15E7A5" w14:textId="77777777" w:rsidR="002B6667" w:rsidRDefault="00A2394F">
      <w:proofErr w:type="spellStart"/>
      <w:r>
        <w:t>Geboortedatum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-</w:t>
      </w:r>
      <w:proofErr w:type="spellStart"/>
      <w:r>
        <w:t>plaats</w:t>
      </w:r>
      <w:proofErr w:type="spellEnd"/>
      <w:r>
        <w:t>:</w:t>
      </w:r>
    </w:p>
    <w:p w14:paraId="72647B68" w14:textId="77777777" w:rsidR="002B6667" w:rsidRDefault="00A2394F">
      <w:proofErr w:type="spellStart"/>
      <w:r>
        <w:t>Telefoonnummer</w:t>
      </w:r>
      <w:proofErr w:type="spellEnd"/>
      <w:r>
        <w:t>:</w:t>
      </w:r>
    </w:p>
    <w:p w14:paraId="13DF3627" w14:textId="77777777" w:rsidR="002B6667" w:rsidRDefault="00A2394F">
      <w:r>
        <w:t>E-</w:t>
      </w:r>
      <w:proofErr w:type="spellStart"/>
      <w:r>
        <w:t>mailadres</w:t>
      </w:r>
      <w:proofErr w:type="spellEnd"/>
      <w:r>
        <w:t>:</w:t>
      </w:r>
    </w:p>
    <w:p w14:paraId="752D22E6" w14:textId="77777777" w:rsidR="002B6667" w:rsidRDefault="00A2394F">
      <w:r>
        <w:br/>
      </w:r>
      <w:proofErr w:type="spellStart"/>
      <w:r>
        <w:t>Machtigt</w:t>
      </w:r>
      <w:proofErr w:type="spellEnd"/>
      <w:r>
        <w:t xml:space="preserve"> </w:t>
      </w:r>
      <w:proofErr w:type="spellStart"/>
      <w:r>
        <w:t>hierbij</w:t>
      </w:r>
      <w:proofErr w:type="spellEnd"/>
      <w:r>
        <w:t>:</w:t>
      </w:r>
      <w:r>
        <w:br/>
      </w:r>
    </w:p>
    <w:p w14:paraId="5FA0BC40" w14:textId="77777777" w:rsidR="002B6667" w:rsidRDefault="00A2394F">
      <w:r>
        <w:t xml:space="preserve">Naam </w:t>
      </w:r>
      <w:proofErr w:type="spellStart"/>
      <w:r>
        <w:t>gemachtigde</w:t>
      </w:r>
      <w:proofErr w:type="spellEnd"/>
      <w:r>
        <w:t>:</w:t>
      </w:r>
    </w:p>
    <w:p w14:paraId="3462D644" w14:textId="77777777" w:rsidR="002B6667" w:rsidRDefault="00A2394F">
      <w:proofErr w:type="spellStart"/>
      <w:r>
        <w:t>Adres</w:t>
      </w:r>
      <w:proofErr w:type="spellEnd"/>
      <w:r>
        <w:t>:</w:t>
      </w:r>
    </w:p>
    <w:p w14:paraId="4EC2C193" w14:textId="77777777" w:rsidR="002B6667" w:rsidRDefault="00A2394F">
      <w:r>
        <w:t xml:space="preserve">Postcode </w:t>
      </w:r>
      <w:proofErr w:type="spellStart"/>
      <w:r>
        <w:t>en</w:t>
      </w:r>
      <w:proofErr w:type="spellEnd"/>
      <w:r>
        <w:t xml:space="preserve"> </w:t>
      </w:r>
      <w:proofErr w:type="spellStart"/>
      <w:r>
        <w:t>woonplaats</w:t>
      </w:r>
      <w:proofErr w:type="spellEnd"/>
      <w:r>
        <w:t>:</w:t>
      </w:r>
    </w:p>
    <w:p w14:paraId="2088FA33" w14:textId="77777777" w:rsidR="002B6667" w:rsidRDefault="00A2394F">
      <w:proofErr w:type="spellStart"/>
      <w:r>
        <w:t>Geboortedatum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-</w:t>
      </w:r>
      <w:proofErr w:type="spellStart"/>
      <w:r>
        <w:t>plaats</w:t>
      </w:r>
      <w:proofErr w:type="spellEnd"/>
      <w:r>
        <w:t>:</w:t>
      </w:r>
    </w:p>
    <w:p w14:paraId="41F3292E" w14:textId="77777777" w:rsidR="002B6667" w:rsidRDefault="00A2394F">
      <w:proofErr w:type="spellStart"/>
      <w:r>
        <w:t>Telefoonnummer</w:t>
      </w:r>
      <w:proofErr w:type="spellEnd"/>
      <w:r>
        <w:t>:</w:t>
      </w:r>
    </w:p>
    <w:p w14:paraId="287F9B76" w14:textId="77777777" w:rsidR="002B6667" w:rsidRDefault="00A2394F">
      <w:r>
        <w:t>E-</w:t>
      </w:r>
      <w:proofErr w:type="spellStart"/>
      <w:r>
        <w:t>mailadres</w:t>
      </w:r>
      <w:proofErr w:type="spellEnd"/>
      <w:r>
        <w:t>:</w:t>
      </w:r>
    </w:p>
    <w:p w14:paraId="427BB7DD" w14:textId="77777777" w:rsidR="002B6667" w:rsidRDefault="00A2394F">
      <w:r>
        <w:br/>
        <w:t>om hem/</w:t>
      </w:r>
      <w:proofErr w:type="spellStart"/>
      <w:r>
        <w:t>haar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vertegenwoordigen</w:t>
      </w:r>
      <w:proofErr w:type="spellEnd"/>
      <w:r>
        <w:t xml:space="preserve"> in </w:t>
      </w:r>
      <w:proofErr w:type="spellStart"/>
      <w:r>
        <w:t>verband</w:t>
      </w:r>
      <w:proofErr w:type="spellEnd"/>
      <w:r>
        <w:t xml:space="preserve"> met </w:t>
      </w:r>
      <w:proofErr w:type="spellStart"/>
      <w:r>
        <w:t>een</w:t>
      </w:r>
      <w:proofErr w:type="spellEnd"/>
      <w:r>
        <w:t xml:space="preserve"> </w:t>
      </w:r>
      <w:proofErr w:type="spellStart"/>
      <w:r>
        <w:t>klacht</w:t>
      </w:r>
      <w:proofErr w:type="spellEnd"/>
      <w:r>
        <w:t xml:space="preserve"> </w:t>
      </w:r>
      <w:proofErr w:type="spellStart"/>
      <w:r>
        <w:t>tegen</w:t>
      </w:r>
      <w:proofErr w:type="spellEnd"/>
      <w:r>
        <w:t>:</w:t>
      </w:r>
    </w:p>
    <w:p w14:paraId="1F496364" w14:textId="77777777" w:rsidR="002B6667" w:rsidRDefault="00A2394F">
      <w:r>
        <w:t>Naam advocaat:</w:t>
      </w:r>
    </w:p>
    <w:p w14:paraId="5D76BF74" w14:textId="77777777" w:rsidR="002B6667" w:rsidRDefault="00A2394F">
      <w:proofErr w:type="spellStart"/>
      <w:r>
        <w:t>Kantoor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plaats</w:t>
      </w:r>
      <w:proofErr w:type="spellEnd"/>
      <w:r>
        <w:t>:</w:t>
      </w:r>
    </w:p>
    <w:p w14:paraId="2F9BB3F6" w14:textId="77777777" w:rsidR="002B6667" w:rsidRDefault="00A2394F">
      <w:proofErr w:type="spellStart"/>
      <w:r>
        <w:t>Eventueel</w:t>
      </w:r>
      <w:proofErr w:type="spellEnd"/>
      <w:r>
        <w:t xml:space="preserve"> </w:t>
      </w:r>
      <w:proofErr w:type="spellStart"/>
      <w:r>
        <w:t>zaaknummer</w:t>
      </w:r>
      <w:proofErr w:type="spellEnd"/>
      <w:r>
        <w:t>:</w:t>
      </w:r>
    </w:p>
    <w:p w14:paraId="0353B0A6" w14:textId="77777777" w:rsidR="002B6667" w:rsidRDefault="00A2394F">
      <w:r>
        <w:br/>
        <w:t xml:space="preserve">De </w:t>
      </w:r>
      <w:proofErr w:type="spellStart"/>
      <w:r>
        <w:t>gemachtigde</w:t>
      </w:r>
      <w:proofErr w:type="spellEnd"/>
      <w:r>
        <w:t xml:space="preserve"> is </w:t>
      </w:r>
      <w:proofErr w:type="spellStart"/>
      <w:r>
        <w:t>bevoegd</w:t>
      </w:r>
      <w:proofErr w:type="spellEnd"/>
      <w:r>
        <w:t xml:space="preserve"> om </w:t>
      </w:r>
      <w:proofErr w:type="spellStart"/>
      <w:r>
        <w:t>namens</w:t>
      </w:r>
      <w:proofErr w:type="spellEnd"/>
      <w:r>
        <w:t xml:space="preserve"> </w:t>
      </w:r>
      <w:proofErr w:type="spellStart"/>
      <w:r>
        <w:t>ondergetekende</w:t>
      </w:r>
      <w:proofErr w:type="spellEnd"/>
      <w:r>
        <w:t xml:space="preserve"> </w:t>
      </w:r>
      <w:proofErr w:type="spellStart"/>
      <w:r>
        <w:t>een</w:t>
      </w:r>
      <w:proofErr w:type="spellEnd"/>
      <w:r>
        <w:t xml:space="preserve"> </w:t>
      </w:r>
      <w:proofErr w:type="spellStart"/>
      <w:r>
        <w:t>klacht</w:t>
      </w:r>
      <w:proofErr w:type="spellEnd"/>
      <w:r>
        <w:t xml:space="preserve"> in </w:t>
      </w:r>
      <w:proofErr w:type="spellStart"/>
      <w:r>
        <w:t>te</w:t>
      </w:r>
      <w:proofErr w:type="spellEnd"/>
      <w:r>
        <w:t xml:space="preserve"> </w:t>
      </w:r>
      <w:proofErr w:type="spellStart"/>
      <w:r>
        <w:t>dienen</w:t>
      </w:r>
      <w:proofErr w:type="spellEnd"/>
      <w:r>
        <w:t xml:space="preserve"> </w:t>
      </w:r>
      <w:proofErr w:type="spellStart"/>
      <w:r>
        <w:t>bij</w:t>
      </w:r>
      <w:proofErr w:type="spellEnd"/>
      <w:r>
        <w:t xml:space="preserve"> de </w:t>
      </w:r>
      <w:proofErr w:type="spellStart"/>
      <w:r>
        <w:t>deken</w:t>
      </w:r>
      <w:proofErr w:type="spellEnd"/>
      <w:r>
        <w:t xml:space="preserve"> van de Orde van Advocaten </w:t>
      </w:r>
      <w:proofErr w:type="spellStart"/>
      <w:r>
        <w:t>en</w:t>
      </w:r>
      <w:proofErr w:type="spellEnd"/>
      <w:r>
        <w:t xml:space="preserve"> </w:t>
      </w:r>
      <w:proofErr w:type="spellStart"/>
      <w:r>
        <w:t>deze</w:t>
      </w:r>
      <w:proofErr w:type="spellEnd"/>
      <w:r>
        <w:t xml:space="preserve"> </w:t>
      </w:r>
      <w:proofErr w:type="spellStart"/>
      <w:r>
        <w:t>klacht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behandelen</w:t>
      </w:r>
      <w:proofErr w:type="spellEnd"/>
      <w:r>
        <w:t xml:space="preserve"> in het </w:t>
      </w:r>
      <w:proofErr w:type="spellStart"/>
      <w:r>
        <w:t>volledige</w:t>
      </w:r>
      <w:proofErr w:type="spellEnd"/>
      <w:r>
        <w:t xml:space="preserve"> </w:t>
      </w:r>
      <w:proofErr w:type="spellStart"/>
      <w:r>
        <w:t>daaropvolgende</w:t>
      </w:r>
      <w:proofErr w:type="spellEnd"/>
      <w:r>
        <w:t xml:space="preserve"> </w:t>
      </w:r>
      <w:proofErr w:type="spellStart"/>
      <w:r>
        <w:t>tuchtrechtelijke</w:t>
      </w:r>
      <w:proofErr w:type="spellEnd"/>
      <w:r>
        <w:t xml:space="preserve"> </w:t>
      </w:r>
      <w:proofErr w:type="spellStart"/>
      <w:r>
        <w:t>traject</w:t>
      </w:r>
      <w:proofErr w:type="spellEnd"/>
      <w:r>
        <w:t xml:space="preserve">, </w:t>
      </w:r>
      <w:proofErr w:type="spellStart"/>
      <w:r>
        <w:t>waaronder</w:t>
      </w:r>
      <w:proofErr w:type="spellEnd"/>
      <w:r>
        <w:t xml:space="preserve"> de </w:t>
      </w:r>
      <w:proofErr w:type="spellStart"/>
      <w:r>
        <w:t>behandeling</w:t>
      </w:r>
      <w:proofErr w:type="spellEnd"/>
      <w:r>
        <w:t xml:space="preserve"> door de </w:t>
      </w:r>
      <w:proofErr w:type="spellStart"/>
      <w:r>
        <w:t>deken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– </w:t>
      </w:r>
      <w:proofErr w:type="spellStart"/>
      <w:r>
        <w:t>indien</w:t>
      </w:r>
      <w:proofErr w:type="spellEnd"/>
      <w:r>
        <w:t xml:space="preserve"> van </w:t>
      </w:r>
      <w:proofErr w:type="spellStart"/>
      <w:r>
        <w:t>toepassing</w:t>
      </w:r>
      <w:proofErr w:type="spellEnd"/>
      <w:r>
        <w:t xml:space="preserve"> – de </w:t>
      </w:r>
      <w:proofErr w:type="spellStart"/>
      <w:r>
        <w:t>behandeling</w:t>
      </w:r>
      <w:proofErr w:type="spellEnd"/>
      <w:r>
        <w:t xml:space="preserve"> door de </w:t>
      </w:r>
      <w:proofErr w:type="spellStart"/>
      <w:r>
        <w:t>Raad</w:t>
      </w:r>
      <w:proofErr w:type="spellEnd"/>
      <w:r>
        <w:t xml:space="preserve"> van Discipline </w:t>
      </w:r>
      <w:proofErr w:type="spellStart"/>
      <w:r>
        <w:t>en</w:t>
      </w:r>
      <w:proofErr w:type="spellEnd"/>
      <w:r>
        <w:t xml:space="preserve"> het Hof van Discipline.</w:t>
      </w:r>
    </w:p>
    <w:p w14:paraId="1666B4EE" w14:textId="77777777" w:rsidR="00104674" w:rsidRDefault="00104674"/>
    <w:p w14:paraId="3CAC8056" w14:textId="6A09D614" w:rsidR="002B6667" w:rsidRDefault="00A2394F">
      <w:r>
        <w:br/>
      </w:r>
      <w:proofErr w:type="spellStart"/>
      <w:r>
        <w:t>Ondergetekende</w:t>
      </w:r>
      <w:proofErr w:type="spellEnd"/>
      <w:r>
        <w:t xml:space="preserve"> </w:t>
      </w:r>
      <w:proofErr w:type="spellStart"/>
      <w:r>
        <w:t>geeft</w:t>
      </w:r>
      <w:proofErr w:type="spellEnd"/>
      <w:r>
        <w:t xml:space="preserve"> </w:t>
      </w:r>
      <w:proofErr w:type="spellStart"/>
      <w:r>
        <w:t>toestemming</w:t>
      </w:r>
      <w:proofErr w:type="spellEnd"/>
      <w:r>
        <w:t xml:space="preserve"> </w:t>
      </w:r>
      <w:proofErr w:type="spellStart"/>
      <w:r>
        <w:t>voor</w:t>
      </w:r>
      <w:proofErr w:type="spellEnd"/>
      <w:r>
        <w:t xml:space="preserve"> de </w:t>
      </w:r>
      <w:proofErr w:type="spellStart"/>
      <w:r>
        <w:t>verwerking</w:t>
      </w:r>
      <w:proofErr w:type="spellEnd"/>
      <w:r>
        <w:t xml:space="preserve"> van </w:t>
      </w:r>
      <w:proofErr w:type="spellStart"/>
      <w:r>
        <w:t>zijn</w:t>
      </w:r>
      <w:proofErr w:type="spellEnd"/>
      <w:r>
        <w:t>/</w:t>
      </w:r>
      <w:proofErr w:type="spellStart"/>
      <w:r>
        <w:t>haar</w:t>
      </w:r>
      <w:proofErr w:type="spellEnd"/>
      <w:r>
        <w:t xml:space="preserve"> </w:t>
      </w:r>
      <w:proofErr w:type="spellStart"/>
      <w:r>
        <w:t>persoonsgegevens</w:t>
      </w:r>
      <w:proofErr w:type="spellEnd"/>
      <w:r>
        <w:t xml:space="preserve"> in het </w:t>
      </w:r>
      <w:proofErr w:type="spellStart"/>
      <w:r>
        <w:t>kader</w:t>
      </w:r>
      <w:proofErr w:type="spellEnd"/>
      <w:r>
        <w:t xml:space="preserve"> van </w:t>
      </w:r>
      <w:proofErr w:type="spellStart"/>
      <w:r>
        <w:t>deze</w:t>
      </w:r>
      <w:proofErr w:type="spellEnd"/>
      <w:r>
        <w:t xml:space="preserve"> </w:t>
      </w:r>
      <w:proofErr w:type="spellStart"/>
      <w:r>
        <w:t>klacht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de </w:t>
      </w:r>
      <w:proofErr w:type="spellStart"/>
      <w:r>
        <w:t>behandeling</w:t>
      </w:r>
      <w:proofErr w:type="spellEnd"/>
      <w:r>
        <w:t xml:space="preserve"> </w:t>
      </w:r>
      <w:proofErr w:type="spellStart"/>
      <w:r>
        <w:t>daarvan</w:t>
      </w:r>
      <w:proofErr w:type="spellEnd"/>
      <w:r>
        <w:t xml:space="preserve">, </w:t>
      </w:r>
      <w:proofErr w:type="spellStart"/>
      <w:r>
        <w:t>overeenkomstig</w:t>
      </w:r>
      <w:proofErr w:type="spellEnd"/>
      <w:r>
        <w:t xml:space="preserve"> de </w:t>
      </w:r>
      <w:proofErr w:type="spellStart"/>
      <w:r>
        <w:t>Algemene</w:t>
      </w:r>
      <w:proofErr w:type="spellEnd"/>
      <w:r>
        <w:t xml:space="preserve"> </w:t>
      </w:r>
      <w:proofErr w:type="spellStart"/>
      <w:r>
        <w:t>Verordening</w:t>
      </w:r>
      <w:proofErr w:type="spellEnd"/>
      <w:r>
        <w:t xml:space="preserve"> </w:t>
      </w:r>
      <w:proofErr w:type="spellStart"/>
      <w:r>
        <w:t>Gegevensbescherming</w:t>
      </w:r>
      <w:proofErr w:type="spellEnd"/>
      <w:r>
        <w:t xml:space="preserve"> (AVG).</w:t>
      </w:r>
    </w:p>
    <w:p w14:paraId="40C42748" w14:textId="77777777" w:rsidR="002B6667" w:rsidRDefault="00A2394F">
      <w:r>
        <w:br/>
      </w:r>
      <w:proofErr w:type="spellStart"/>
      <w:r>
        <w:t>Plaats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datum:</w:t>
      </w:r>
    </w:p>
    <w:p w14:paraId="4023BCF0" w14:textId="77777777" w:rsidR="002B6667" w:rsidRDefault="00A2394F">
      <w:proofErr w:type="spellStart"/>
      <w:r>
        <w:t>Handtekening</w:t>
      </w:r>
      <w:proofErr w:type="spellEnd"/>
      <w:r>
        <w:t xml:space="preserve"> </w:t>
      </w:r>
      <w:proofErr w:type="spellStart"/>
      <w:r>
        <w:t>machtiginggever</w:t>
      </w:r>
      <w:proofErr w:type="spellEnd"/>
      <w:r>
        <w:t>:</w:t>
      </w:r>
    </w:p>
    <w:p w14:paraId="5F8DC08E" w14:textId="77777777" w:rsidR="00104674" w:rsidRDefault="00104674"/>
    <w:p w14:paraId="36141D7A" w14:textId="77777777" w:rsidR="002B6667" w:rsidRDefault="00A2394F">
      <w:r>
        <w:t>................................................</w:t>
      </w:r>
    </w:p>
    <w:p w14:paraId="5D853BB0" w14:textId="77777777" w:rsidR="0005114C" w:rsidRDefault="0005114C"/>
    <w:p w14:paraId="3CBBA670" w14:textId="2C15DB27" w:rsidR="002B6667" w:rsidRDefault="00A2394F">
      <w:proofErr w:type="spellStart"/>
      <w:r>
        <w:t>Handtekening</w:t>
      </w:r>
      <w:proofErr w:type="spellEnd"/>
      <w:r>
        <w:t xml:space="preserve"> </w:t>
      </w:r>
      <w:proofErr w:type="spellStart"/>
      <w:r>
        <w:t>gemachtigde</w:t>
      </w:r>
      <w:proofErr w:type="spellEnd"/>
      <w:r>
        <w:t xml:space="preserve"> (</w:t>
      </w:r>
      <w:proofErr w:type="spellStart"/>
      <w:r>
        <w:t>voor</w:t>
      </w:r>
      <w:proofErr w:type="spellEnd"/>
      <w:r>
        <w:t xml:space="preserve"> </w:t>
      </w:r>
      <w:proofErr w:type="spellStart"/>
      <w:r>
        <w:t>akkoord</w:t>
      </w:r>
      <w:proofErr w:type="spellEnd"/>
      <w:r>
        <w:t>):</w:t>
      </w:r>
    </w:p>
    <w:p w14:paraId="77D33D78" w14:textId="77777777" w:rsidR="00104674" w:rsidRDefault="00104674"/>
    <w:p w14:paraId="05ECFDB8" w14:textId="77777777" w:rsidR="002B6667" w:rsidRDefault="00A2394F">
      <w:r>
        <w:t>................................................</w:t>
      </w:r>
    </w:p>
    <w:p w14:paraId="1933C7A3" w14:textId="77777777" w:rsidR="00104674" w:rsidRDefault="00A2394F">
      <w:r>
        <w:br/>
      </w:r>
    </w:p>
    <w:p w14:paraId="6FCE25F3" w14:textId="7DEA1BA7" w:rsidR="002B6667" w:rsidRDefault="00A2394F">
      <w:proofErr w:type="spellStart"/>
      <w:r>
        <w:t>Bijlagen</w:t>
      </w:r>
      <w:proofErr w:type="spellEnd"/>
      <w:r>
        <w:t>:</w:t>
      </w:r>
    </w:p>
    <w:p w14:paraId="5292DEA0" w14:textId="77777777" w:rsidR="002B6667" w:rsidRDefault="00A2394F">
      <w:r>
        <w:t xml:space="preserve">- </w:t>
      </w:r>
      <w:proofErr w:type="spellStart"/>
      <w:r>
        <w:t>Kopie</w:t>
      </w:r>
      <w:proofErr w:type="spellEnd"/>
      <w:r>
        <w:t xml:space="preserve"> </w:t>
      </w:r>
      <w:proofErr w:type="spellStart"/>
      <w:r>
        <w:t>identiteitsbewijs</w:t>
      </w:r>
      <w:proofErr w:type="spellEnd"/>
      <w:r>
        <w:t xml:space="preserve"> </w:t>
      </w:r>
      <w:proofErr w:type="spellStart"/>
      <w:r>
        <w:t>machtiginggever</w:t>
      </w:r>
      <w:proofErr w:type="spellEnd"/>
      <w:r>
        <w:t xml:space="preserve"> (BSN </w:t>
      </w:r>
      <w:proofErr w:type="spellStart"/>
      <w:r>
        <w:t>afschermen</w:t>
      </w:r>
      <w:proofErr w:type="spellEnd"/>
      <w:r>
        <w:t>)</w:t>
      </w:r>
    </w:p>
    <w:p w14:paraId="677389FF" w14:textId="77777777" w:rsidR="002B6667" w:rsidRDefault="00A2394F">
      <w:r>
        <w:t xml:space="preserve">- </w:t>
      </w:r>
      <w:proofErr w:type="spellStart"/>
      <w:r>
        <w:t>Kopie</w:t>
      </w:r>
      <w:proofErr w:type="spellEnd"/>
      <w:r>
        <w:t xml:space="preserve"> </w:t>
      </w:r>
      <w:proofErr w:type="spellStart"/>
      <w:r>
        <w:t>identiteitsbewijs</w:t>
      </w:r>
      <w:proofErr w:type="spellEnd"/>
      <w:r>
        <w:t xml:space="preserve"> </w:t>
      </w:r>
      <w:proofErr w:type="spellStart"/>
      <w:r>
        <w:t>gemachtigde</w:t>
      </w:r>
      <w:proofErr w:type="spellEnd"/>
      <w:r>
        <w:t xml:space="preserve"> (BSN </w:t>
      </w:r>
      <w:proofErr w:type="spellStart"/>
      <w:r>
        <w:t>afschermen</w:t>
      </w:r>
      <w:proofErr w:type="spellEnd"/>
      <w:r>
        <w:t>)</w:t>
      </w:r>
    </w:p>
    <w:sectPr w:rsidR="002B6667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jstopsomtek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jstopsomtek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0973"/>
    <w:rsid w:val="00034616"/>
    <w:rsid w:val="0005114C"/>
    <w:rsid w:val="0006063C"/>
    <w:rsid w:val="00104674"/>
    <w:rsid w:val="0015074B"/>
    <w:rsid w:val="001D5192"/>
    <w:rsid w:val="0029639D"/>
    <w:rsid w:val="002B61D6"/>
    <w:rsid w:val="002B6667"/>
    <w:rsid w:val="00326F90"/>
    <w:rsid w:val="00A2394F"/>
    <w:rsid w:val="00A97D91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814B50"/>
  <w14:defaultImageDpi w14:val="300"/>
  <w15:docId w15:val="{6188620C-6F58-4637-80F9-CF2DA3CFA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C693F"/>
  </w:style>
  <w:style w:type="paragraph" w:styleId="Kop1">
    <w:name w:val="heading 1"/>
    <w:basedOn w:val="Standaard"/>
    <w:next w:val="Standaard"/>
    <w:link w:val="Kop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618BF"/>
  </w:style>
  <w:style w:type="paragraph" w:styleId="Voettekst">
    <w:name w:val="footer"/>
    <w:basedOn w:val="Standaard"/>
    <w:link w:val="Voet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618BF"/>
  </w:style>
  <w:style w:type="paragraph" w:styleId="Geenafstand">
    <w:name w:val="No Spacing"/>
    <w:uiPriority w:val="1"/>
    <w:qFormat/>
    <w:rsid w:val="00FC693F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ard"/>
    <w:next w:val="Standaard"/>
    <w:link w:val="Tite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jstalinea">
    <w:name w:val="List Paragraph"/>
    <w:basedOn w:val="Standaard"/>
    <w:uiPriority w:val="34"/>
    <w:qFormat/>
    <w:rsid w:val="00FC693F"/>
    <w:pPr>
      <w:ind w:left="720"/>
      <w:contextualSpacing/>
    </w:pPr>
  </w:style>
  <w:style w:type="paragraph" w:styleId="Plattetekst">
    <w:name w:val="Body Text"/>
    <w:basedOn w:val="Standaard"/>
    <w:link w:val="PlattetekstChar"/>
    <w:uiPriority w:val="99"/>
    <w:unhideWhenUsed/>
    <w:rsid w:val="00AA1D8D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rsid w:val="00AA1D8D"/>
  </w:style>
  <w:style w:type="paragraph" w:styleId="Plattetekst2">
    <w:name w:val="Body Text 2"/>
    <w:basedOn w:val="Standaard"/>
    <w:link w:val="Plattetekst2Char"/>
    <w:uiPriority w:val="99"/>
    <w:unhideWhenUsed/>
    <w:rsid w:val="00AA1D8D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rsid w:val="00AA1D8D"/>
  </w:style>
  <w:style w:type="paragraph" w:styleId="Plattetekst3">
    <w:name w:val="Body Text 3"/>
    <w:basedOn w:val="Standaard"/>
    <w:link w:val="Platteteks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rsid w:val="00AA1D8D"/>
    <w:rPr>
      <w:sz w:val="16"/>
      <w:szCs w:val="16"/>
    </w:rPr>
  </w:style>
  <w:style w:type="paragraph" w:styleId="Lijst">
    <w:name w:val="List"/>
    <w:basedOn w:val="Standaard"/>
    <w:uiPriority w:val="99"/>
    <w:unhideWhenUsed/>
    <w:rsid w:val="00AA1D8D"/>
    <w:pPr>
      <w:ind w:left="360" w:hanging="360"/>
      <w:contextualSpacing/>
    </w:pPr>
  </w:style>
  <w:style w:type="paragraph" w:styleId="Lijst2">
    <w:name w:val="List 2"/>
    <w:basedOn w:val="Standaard"/>
    <w:uiPriority w:val="99"/>
    <w:unhideWhenUsed/>
    <w:rsid w:val="00326F90"/>
    <w:pPr>
      <w:ind w:left="720" w:hanging="360"/>
      <w:contextualSpacing/>
    </w:pPr>
  </w:style>
  <w:style w:type="paragraph" w:styleId="Lijst3">
    <w:name w:val="List 3"/>
    <w:basedOn w:val="Standaard"/>
    <w:uiPriority w:val="99"/>
    <w:unhideWhenUsed/>
    <w:rsid w:val="00326F90"/>
    <w:pPr>
      <w:ind w:left="1080" w:hanging="360"/>
      <w:contextualSpacing/>
    </w:pPr>
  </w:style>
  <w:style w:type="paragraph" w:styleId="Lijstopsomteken">
    <w:name w:val="List Bullet"/>
    <w:basedOn w:val="Standaard"/>
    <w:uiPriority w:val="99"/>
    <w:unhideWhenUsed/>
    <w:rsid w:val="00326F90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unhideWhenUsed/>
    <w:rsid w:val="00326F90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unhideWhenUsed/>
    <w:rsid w:val="00326F90"/>
    <w:pPr>
      <w:numPr>
        <w:numId w:val="3"/>
      </w:numPr>
      <w:contextualSpacing/>
    </w:pPr>
  </w:style>
  <w:style w:type="paragraph" w:styleId="Lijstnummering">
    <w:name w:val="List Number"/>
    <w:basedOn w:val="Standaard"/>
    <w:uiPriority w:val="99"/>
    <w:unhideWhenUsed/>
    <w:rsid w:val="00326F90"/>
    <w:pPr>
      <w:numPr>
        <w:numId w:val="5"/>
      </w:numPr>
      <w:contextualSpacing/>
    </w:pPr>
  </w:style>
  <w:style w:type="paragraph" w:styleId="Lijstnummering2">
    <w:name w:val="List Number 2"/>
    <w:basedOn w:val="Standaard"/>
    <w:uiPriority w:val="99"/>
    <w:unhideWhenUsed/>
    <w:rsid w:val="0029639D"/>
    <w:pPr>
      <w:numPr>
        <w:numId w:val="6"/>
      </w:numPr>
      <w:contextualSpacing/>
    </w:pPr>
  </w:style>
  <w:style w:type="paragraph" w:styleId="Lijstnummering3">
    <w:name w:val="List Number 3"/>
    <w:basedOn w:val="Standaard"/>
    <w:uiPriority w:val="99"/>
    <w:unhideWhenUsed/>
    <w:rsid w:val="0029639D"/>
    <w:pPr>
      <w:numPr>
        <w:numId w:val="7"/>
      </w:numPr>
      <w:contextualSpacing/>
    </w:pPr>
  </w:style>
  <w:style w:type="paragraph" w:styleId="Lijstvoortzetting">
    <w:name w:val="List Continue"/>
    <w:basedOn w:val="Standaard"/>
    <w:uiPriority w:val="99"/>
    <w:unhideWhenUsed/>
    <w:rsid w:val="0029639D"/>
    <w:pPr>
      <w:spacing w:after="120"/>
      <w:ind w:left="360"/>
      <w:contextualSpacing/>
    </w:pPr>
  </w:style>
  <w:style w:type="paragraph" w:styleId="Lijstvoortzetting2">
    <w:name w:val="List Continue 2"/>
    <w:basedOn w:val="Standaard"/>
    <w:uiPriority w:val="99"/>
    <w:unhideWhenUsed/>
    <w:rsid w:val="0029639D"/>
    <w:pPr>
      <w:spacing w:after="120"/>
      <w:ind w:left="720"/>
      <w:contextualSpacing/>
    </w:pPr>
  </w:style>
  <w:style w:type="paragraph" w:styleId="Lijstvoortzetting3">
    <w:name w:val="List Continue 3"/>
    <w:basedOn w:val="Standaard"/>
    <w:uiPriority w:val="99"/>
    <w:unhideWhenUsed/>
    <w:rsid w:val="0029639D"/>
    <w:pPr>
      <w:spacing w:after="120"/>
      <w:ind w:left="1080"/>
      <w:contextualSpacing/>
    </w:pPr>
  </w:style>
  <w:style w:type="paragraph" w:styleId="Macrotekst">
    <w:name w:val="macro"/>
    <w:link w:val="Macroteks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rsid w:val="0029639D"/>
    <w:rPr>
      <w:rFonts w:ascii="Courier" w:hAnsi="Courier"/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FC693F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FC693F"/>
    <w:rPr>
      <w:i/>
      <w:iCs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FC693F"/>
    <w:rPr>
      <w:b/>
      <w:bCs/>
    </w:rPr>
  </w:style>
  <w:style w:type="character" w:styleId="Nadruk">
    <w:name w:val="Emphasis"/>
    <w:basedOn w:val="Standaardalinea-lettertype"/>
    <w:uiPriority w:val="20"/>
    <w:qFormat/>
    <w:rsid w:val="00FC693F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C693F"/>
    <w:rPr>
      <w:b/>
      <w:bCs/>
      <w:i/>
      <w:iCs/>
      <w:color w:val="4F81BD" w:themeColor="accent1"/>
    </w:rPr>
  </w:style>
  <w:style w:type="character" w:styleId="Subtielebenadrukking">
    <w:name w:val="Subtle Emphasis"/>
    <w:basedOn w:val="Standaardalinea-lettertype"/>
    <w:uiPriority w:val="19"/>
    <w:qFormat/>
    <w:rsid w:val="00FC693F"/>
    <w:rPr>
      <w:i/>
      <w:iCs/>
      <w:color w:val="808080" w:themeColor="text1" w:themeTint="7F"/>
    </w:rPr>
  </w:style>
  <w:style w:type="character" w:styleId="Intensievebenadrukking">
    <w:name w:val="Intense Emphasis"/>
    <w:basedOn w:val="Standaardalinea-lettertype"/>
    <w:uiPriority w:val="21"/>
    <w:qFormat/>
    <w:rsid w:val="00FC693F"/>
    <w:rPr>
      <w:b/>
      <w:bCs/>
      <w:i/>
      <w:iCs/>
      <w:color w:val="4F81BD" w:themeColor="accent1"/>
    </w:rPr>
  </w:style>
  <w:style w:type="character" w:styleId="Subtieleverwijzing">
    <w:name w:val="Subtle Reference"/>
    <w:basedOn w:val="Standaardalinea-lettertype"/>
    <w:uiPriority w:val="31"/>
    <w:qFormat/>
    <w:rsid w:val="00FC693F"/>
    <w:rPr>
      <w:smallCaps/>
      <w:color w:val="C0504D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FC693F"/>
    <w:rPr>
      <w:b/>
      <w:bCs/>
      <w:smallCap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C693F"/>
    <w:pPr>
      <w:outlineLvl w:val="9"/>
    </w:pPr>
  </w:style>
  <w:style w:type="table" w:styleId="Tabelraster">
    <w:name w:val="Table Grid"/>
    <w:basedOn w:val="Standaardtabe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">
    <w:name w:val="Light Shading"/>
    <w:basedOn w:val="Standaardtabe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chtraster">
    <w:name w:val="Light Grid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Gemiddeldearcering1">
    <w:name w:val="Medium Shading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raster1">
    <w:name w:val="Medium Grid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onkerelijst">
    <w:name w:val="Dark List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leurrijkearcering">
    <w:name w:val="Colorful Shading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raster">
    <w:name w:val="Colorful Grid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f72a332-30d9-42d1-8b3a-b67c6c3e5901">
      <Terms xmlns="http://schemas.microsoft.com/office/infopath/2007/PartnerControls"/>
    </lcf76f155ced4ddcb4097134ff3c332f>
    <TaxCatchAll xmlns="f9682da8-0791-4d8d-939e-6c25b0cfc35a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C902C4544BB64396C2875FCD4BDF90" ma:contentTypeVersion="18" ma:contentTypeDescription="Een nieuw document maken." ma:contentTypeScope="" ma:versionID="803e2de28a56075a485487b5cf68417e">
  <xsd:schema xmlns:xsd="http://www.w3.org/2001/XMLSchema" xmlns:xs="http://www.w3.org/2001/XMLSchema" xmlns:p="http://schemas.microsoft.com/office/2006/metadata/properties" xmlns:ns2="ef72a332-30d9-42d1-8b3a-b67c6c3e5901" xmlns:ns3="f9682da8-0791-4d8d-939e-6c25b0cfc35a" targetNamespace="http://schemas.microsoft.com/office/2006/metadata/properties" ma:root="true" ma:fieldsID="91ce643280dacab8ab639c631f2df96a" ns2:_="" ns3:_="">
    <xsd:import namespace="ef72a332-30d9-42d1-8b3a-b67c6c3e5901"/>
    <xsd:import namespace="f9682da8-0791-4d8d-939e-6c25b0cfc3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SearchProperties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72a332-30d9-42d1-8b3a-b67c6c3e59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8d039ffa-bfd0-440d-be85-f81392650c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682da8-0791-4d8d-939e-6c25b0cfc35a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59585e55-c391-44a8-8ebc-f3a51675d2e4}" ma:internalName="TaxCatchAll" ma:showField="CatchAllData" ma:web="f9682da8-0791-4d8d-939e-6c25b0cfc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F21CBC3-D03D-456B-A0BD-24E7E75CE4A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E8B9AA7-9353-4DAF-8B83-59832D5BDF51}">
  <ds:schemaRefs>
    <ds:schemaRef ds:uri="http://schemas.microsoft.com/office/2006/metadata/properties"/>
    <ds:schemaRef ds:uri="http://schemas.microsoft.com/office/infopath/2007/PartnerControls"/>
    <ds:schemaRef ds:uri="ef72a332-30d9-42d1-8b3a-b67c6c3e5901"/>
    <ds:schemaRef ds:uri="f9682da8-0791-4d8d-939e-6c25b0cfc35a"/>
  </ds:schemaRefs>
</ds:datastoreItem>
</file>

<file path=customXml/itemProps3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51944DC-55A6-4FC7-BB13-A7925CB108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72a332-30d9-42d1-8b3a-b67c6c3e5901"/>
    <ds:schemaRef ds:uri="f9682da8-0791-4d8d-939e-6c25b0cfc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196</Words>
  <Characters>1078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1272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Cindy Keijzers</dc:creator>
  <cp:keywords/>
  <dc:description>generated by python-docx</dc:description>
  <cp:lastModifiedBy>Sam de Graauw | Orde van Advocaten Midden Nederland</cp:lastModifiedBy>
  <cp:revision>2</cp:revision>
  <dcterms:created xsi:type="dcterms:W3CDTF">2026-08-19T08:37:00Z</dcterms:created>
  <dcterms:modified xsi:type="dcterms:W3CDTF">2026-08-19T08:37:00Z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0x010100C3C902C4544BB64396C2875FCD4BDF90</vt:lpwstr>
  </property>
  <property fmtid="{D5CDD505-2E9C-101B-9397-08002B2CF9AE}" pid="3" name="MediaServiceImageTags">
    <vt:lpwstr/>
  </property>
</Properties>
</file>